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6850" w14:textId="77777777" w:rsidR="0044463E" w:rsidRPr="00AB7D10" w:rsidRDefault="00000000">
      <w:pPr>
        <w:spacing w:after="40"/>
        <w:jc w:val="center"/>
        <w:rPr>
          <w:sz w:val="24"/>
          <w:szCs w:val="24"/>
        </w:rPr>
      </w:pPr>
      <w:r w:rsidRPr="00AB7D10">
        <w:rPr>
          <w:b/>
          <w:color w:val="1A365D"/>
          <w:sz w:val="24"/>
          <w:szCs w:val="24"/>
        </w:rPr>
        <w:t>COMUNE DI BURCEI</w:t>
      </w:r>
    </w:p>
    <w:p w14:paraId="283A6D00" w14:textId="77777777" w:rsidR="0044463E" w:rsidRPr="00AB7D10" w:rsidRDefault="00000000">
      <w:pPr>
        <w:spacing w:after="60"/>
        <w:jc w:val="center"/>
        <w:rPr>
          <w:sz w:val="24"/>
          <w:szCs w:val="24"/>
        </w:rPr>
      </w:pPr>
      <w:r w:rsidRPr="00AB7D10">
        <w:rPr>
          <w:b/>
          <w:color w:val="2B6CB0"/>
          <w:sz w:val="24"/>
          <w:szCs w:val="24"/>
        </w:rPr>
        <w:t>MODULO DI DOMANDA - BORSE DI STUDIO A.S. 2025/2026</w:t>
      </w:r>
      <w:r w:rsidRPr="00AB7D10">
        <w:rPr>
          <w:b/>
          <w:color w:val="2B6CB0"/>
          <w:sz w:val="24"/>
          <w:szCs w:val="24"/>
        </w:rPr>
        <w:br/>
        <w:t>SCUOLA SECONDARIA DI PRIMO E SECONDO GRADO</w:t>
      </w:r>
    </w:p>
    <w:p w14:paraId="64746BB9" w14:textId="77777777" w:rsidR="0044463E" w:rsidRPr="00AB7D10" w:rsidRDefault="00000000">
      <w:pPr>
        <w:spacing w:after="160"/>
        <w:jc w:val="center"/>
        <w:rPr>
          <w:sz w:val="24"/>
          <w:szCs w:val="24"/>
        </w:rPr>
      </w:pPr>
      <w:r w:rsidRPr="00AB7D10">
        <w:rPr>
          <w:i/>
          <w:sz w:val="24"/>
          <w:szCs w:val="24"/>
        </w:rPr>
        <w:t>(Approvato in esecuzione della Deliberazione della Giunta Comunale n. 33 del 29/07/2026)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040"/>
      </w:tblGrid>
      <w:tr w:rsidR="0044463E" w:rsidRPr="00AB7D10" w14:paraId="067FAAF9" w14:textId="77777777">
        <w:trPr>
          <w:jc w:val="center"/>
        </w:trPr>
        <w:tc>
          <w:tcPr>
            <w:tcW w:w="5328" w:type="dxa"/>
            <w:shd w:val="clear" w:color="auto" w:fill="F7FAFC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1557711" w14:textId="77777777" w:rsidR="0044463E" w:rsidRPr="00AB7D10" w:rsidRDefault="00000000">
            <w:pPr>
              <w:spacing w:after="40"/>
              <w:rPr>
                <w:sz w:val="24"/>
                <w:szCs w:val="24"/>
              </w:rPr>
            </w:pPr>
            <w:r w:rsidRPr="00AB7D10">
              <w:rPr>
                <w:b/>
                <w:sz w:val="24"/>
                <w:szCs w:val="24"/>
              </w:rPr>
              <w:t>DESTINATARI ED INFORMAZIONI:</w:t>
            </w:r>
            <w:r w:rsidRPr="00AB7D10">
              <w:rPr>
                <w:b/>
                <w:sz w:val="24"/>
                <w:szCs w:val="24"/>
              </w:rPr>
              <w:br/>
            </w:r>
            <w:r w:rsidRPr="00AB7D10">
              <w:rPr>
                <w:sz w:val="24"/>
                <w:szCs w:val="24"/>
              </w:rPr>
              <w:t>• Studenti Scuole Sec. I e II grado (Medie e Superiori)</w:t>
            </w:r>
            <w:r w:rsidRPr="00AB7D10">
              <w:rPr>
                <w:sz w:val="24"/>
                <w:szCs w:val="24"/>
              </w:rPr>
              <w:br/>
              <w:t xml:space="preserve">• </w:t>
            </w:r>
            <w:r w:rsidRPr="00AB7D10">
              <w:rPr>
                <w:b/>
                <w:sz w:val="24"/>
                <w:szCs w:val="24"/>
              </w:rPr>
              <w:t>ISEE non superiore ad € 25.000,00</w:t>
            </w:r>
            <w:r w:rsidRPr="00AB7D10">
              <w:rPr>
                <w:sz w:val="24"/>
                <w:szCs w:val="24"/>
              </w:rPr>
              <w:br/>
              <w:t>• Votazione minima 7/10 – 70/100</w:t>
            </w:r>
            <w:r w:rsidRPr="00AB7D10">
              <w:rPr>
                <w:sz w:val="24"/>
                <w:szCs w:val="24"/>
              </w:rPr>
              <w:br/>
              <w:t xml:space="preserve">• </w:t>
            </w:r>
            <w:r w:rsidRPr="00AB7D10">
              <w:rPr>
                <w:b/>
                <w:sz w:val="24"/>
                <w:szCs w:val="24"/>
              </w:rPr>
              <w:t>SCADENZA: entro e non oltre il 11/11/2026</w:t>
            </w:r>
            <w:r w:rsidRPr="00AB7D10">
              <w:rPr>
                <w:b/>
                <w:sz w:val="24"/>
                <w:szCs w:val="24"/>
              </w:rPr>
              <w:br/>
            </w:r>
            <w:r w:rsidRPr="00AB7D10">
              <w:rPr>
                <w:sz w:val="24"/>
                <w:szCs w:val="24"/>
              </w:rPr>
              <w:t>Modalità di inoltro:</w:t>
            </w:r>
            <w:r w:rsidRPr="00AB7D10">
              <w:rPr>
                <w:sz w:val="24"/>
                <w:szCs w:val="24"/>
              </w:rPr>
              <w:br/>
              <w:t>- Deposito buca lettere all'ingresso principale / Protocollo</w:t>
            </w:r>
            <w:r w:rsidRPr="00AB7D10">
              <w:rPr>
                <w:sz w:val="24"/>
                <w:szCs w:val="24"/>
              </w:rPr>
              <w:br/>
              <w:t>- Mail: protocollo@comune.burcei.ca.it</w:t>
            </w:r>
            <w:r w:rsidRPr="00AB7D10">
              <w:rPr>
                <w:sz w:val="24"/>
                <w:szCs w:val="24"/>
              </w:rPr>
              <w:br/>
              <w:t>- PEC: protocollo.burcei@pec.it</w:t>
            </w:r>
          </w:p>
        </w:tc>
        <w:tc>
          <w:tcPr>
            <w:tcW w:w="5040" w:type="dxa"/>
            <w:shd w:val="clear" w:color="auto" w:fill="EDF2F7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C59F5E" w14:textId="77777777" w:rsidR="0044463E" w:rsidRPr="00AB7D10" w:rsidRDefault="00000000">
            <w:pPr>
              <w:spacing w:after="40"/>
              <w:rPr>
                <w:sz w:val="24"/>
                <w:szCs w:val="24"/>
              </w:rPr>
            </w:pPr>
            <w:r w:rsidRPr="00AB7D10">
              <w:rPr>
                <w:b/>
                <w:sz w:val="24"/>
                <w:szCs w:val="24"/>
              </w:rPr>
              <w:t>SPAZIO RISERVATO ALL'UFFICIO</w:t>
            </w:r>
            <w:r w:rsidRPr="00AB7D10">
              <w:rPr>
                <w:b/>
                <w:sz w:val="24"/>
                <w:szCs w:val="24"/>
              </w:rPr>
              <w:br/>
            </w:r>
            <w:r w:rsidRPr="00AB7D10">
              <w:rPr>
                <w:b/>
                <w:sz w:val="24"/>
                <w:szCs w:val="24"/>
              </w:rPr>
              <w:br/>
            </w:r>
            <w:r w:rsidRPr="00AB7D10">
              <w:rPr>
                <w:sz w:val="24"/>
                <w:szCs w:val="24"/>
              </w:rPr>
              <w:t>N° Protocollo: _______________________</w:t>
            </w:r>
            <w:r w:rsidRPr="00AB7D10">
              <w:rPr>
                <w:sz w:val="24"/>
                <w:szCs w:val="24"/>
              </w:rPr>
              <w:br/>
              <w:t>Data: _______________________________</w:t>
            </w:r>
            <w:r w:rsidRPr="00AB7D10">
              <w:rPr>
                <w:sz w:val="24"/>
                <w:szCs w:val="24"/>
              </w:rPr>
              <w:br/>
              <w:t>Firma Operatore: _____________________</w:t>
            </w:r>
          </w:p>
        </w:tc>
      </w:tr>
    </w:tbl>
    <w:p w14:paraId="6ACED36B" w14:textId="77777777" w:rsidR="0044463E" w:rsidRPr="00AB7D10" w:rsidRDefault="0044463E">
      <w:pPr>
        <w:spacing w:before="60" w:after="60"/>
        <w:rPr>
          <w:sz w:val="24"/>
          <w:szCs w:val="24"/>
        </w:rPr>
      </w:pPr>
    </w:p>
    <w:p w14:paraId="1B919C38" w14:textId="77777777" w:rsidR="0044463E" w:rsidRPr="00AB7D10" w:rsidRDefault="00000000">
      <w:pPr>
        <w:spacing w:after="160"/>
        <w:rPr>
          <w:sz w:val="24"/>
          <w:szCs w:val="24"/>
        </w:rPr>
      </w:pPr>
      <w:r w:rsidRPr="00AB7D10">
        <w:rPr>
          <w:b/>
          <w:sz w:val="24"/>
          <w:szCs w:val="24"/>
        </w:rPr>
        <w:t>Al Comune di BURCEI</w:t>
      </w:r>
      <w:r w:rsidRPr="00AB7D10">
        <w:rPr>
          <w:b/>
          <w:sz w:val="24"/>
          <w:szCs w:val="24"/>
        </w:rPr>
        <w:br/>
        <w:t>Ufficio Pubblica Istruzione (Tel. 070/736013311)</w:t>
      </w:r>
    </w:p>
    <w:p w14:paraId="3C22DCFF" w14:textId="77777777" w:rsidR="0044463E" w:rsidRPr="00AB7D10" w:rsidRDefault="00000000">
      <w:pPr>
        <w:spacing w:after="80"/>
        <w:rPr>
          <w:sz w:val="24"/>
          <w:szCs w:val="24"/>
        </w:rPr>
      </w:pPr>
      <w:r w:rsidRPr="00AB7D10">
        <w:rPr>
          <w:sz w:val="24"/>
          <w:szCs w:val="24"/>
        </w:rPr>
        <w:t>Il/La sottoscritto/a ___________________________________________________________________________</w:t>
      </w:r>
      <w:r w:rsidRPr="00AB7D10">
        <w:rPr>
          <w:sz w:val="24"/>
          <w:szCs w:val="24"/>
        </w:rPr>
        <w:br/>
        <w:t>nato/a a ___________________________________ Prov. (____) il ____________________________________</w:t>
      </w:r>
      <w:r w:rsidRPr="00AB7D10">
        <w:rPr>
          <w:sz w:val="24"/>
          <w:szCs w:val="24"/>
        </w:rPr>
        <w:br/>
        <w:t>Codice Fiscale _______________________________________________________________________________</w:t>
      </w:r>
      <w:r w:rsidRPr="00AB7D10">
        <w:rPr>
          <w:sz w:val="24"/>
          <w:szCs w:val="24"/>
        </w:rPr>
        <w:br/>
        <w:t>residente a Burcei in Via/Piazza ___________________________________________________ n° _________</w:t>
      </w:r>
      <w:r w:rsidRPr="00AB7D10">
        <w:rPr>
          <w:sz w:val="24"/>
          <w:szCs w:val="24"/>
        </w:rPr>
        <w:br/>
        <w:t>Telefono/Cellulare ____________________________ e-mail ________________________________________</w:t>
      </w:r>
      <w:r w:rsidRPr="00AB7D10">
        <w:rPr>
          <w:sz w:val="24"/>
          <w:szCs w:val="24"/>
        </w:rPr>
        <w:br/>
      </w:r>
      <w:r w:rsidRPr="00AB7D10">
        <w:rPr>
          <w:sz w:val="24"/>
          <w:szCs w:val="24"/>
        </w:rPr>
        <w:br/>
        <w:t>in qualità di:</w:t>
      </w:r>
      <w:r w:rsidRPr="00AB7D10">
        <w:rPr>
          <w:sz w:val="24"/>
          <w:szCs w:val="24"/>
        </w:rPr>
        <w:br/>
        <w:t>[  ] Genitore / Esercente la responsabilità genitoriale dello studente minorenne ___________________________</w:t>
      </w:r>
      <w:r w:rsidRPr="00AB7D10">
        <w:rPr>
          <w:sz w:val="24"/>
          <w:szCs w:val="24"/>
        </w:rPr>
        <w:br/>
        <w:t>[  ] Studente maggiorenne _____________________________________________________________________</w:t>
      </w:r>
    </w:p>
    <w:p w14:paraId="2084F582" w14:textId="77777777" w:rsidR="0044463E" w:rsidRPr="00AB7D10" w:rsidRDefault="00000000">
      <w:pPr>
        <w:spacing w:before="120" w:after="60"/>
        <w:jc w:val="center"/>
        <w:rPr>
          <w:sz w:val="24"/>
          <w:szCs w:val="24"/>
        </w:rPr>
      </w:pPr>
      <w:r w:rsidRPr="00AB7D10">
        <w:rPr>
          <w:b/>
          <w:sz w:val="24"/>
          <w:szCs w:val="24"/>
        </w:rPr>
        <w:t>CHIEDE</w:t>
      </w:r>
    </w:p>
    <w:p w14:paraId="27CB5205" w14:textId="77777777" w:rsidR="0044463E" w:rsidRPr="00AB7D10" w:rsidRDefault="00000000">
      <w:pPr>
        <w:spacing w:after="120"/>
        <w:rPr>
          <w:sz w:val="24"/>
          <w:szCs w:val="24"/>
        </w:rPr>
      </w:pPr>
      <w:r w:rsidRPr="00AB7D10">
        <w:rPr>
          <w:sz w:val="24"/>
          <w:szCs w:val="24"/>
        </w:rPr>
        <w:t>di partecipare al concorso per l’assegnazione di Borse di studio per merito destinate agli studenti delle scuole Secondarie di I e II grado (Scuole medie e superiori) per l’anno scolastico 2025/2026, in esecuzione della Deliberazione della Giunta Comunale n. 33 del 29/07/2026.</w:t>
      </w:r>
    </w:p>
    <w:p w14:paraId="3E1662D5" w14:textId="77777777" w:rsidR="0044463E" w:rsidRPr="00AB7D10" w:rsidRDefault="00000000">
      <w:pPr>
        <w:spacing w:before="80" w:after="60"/>
        <w:jc w:val="center"/>
        <w:rPr>
          <w:sz w:val="24"/>
          <w:szCs w:val="24"/>
        </w:rPr>
      </w:pPr>
      <w:r w:rsidRPr="00AB7D10">
        <w:rPr>
          <w:b/>
          <w:sz w:val="24"/>
          <w:szCs w:val="24"/>
        </w:rPr>
        <w:t>DICHIARA</w:t>
      </w:r>
    </w:p>
    <w:p w14:paraId="7BDA571F" w14:textId="77777777" w:rsidR="0044463E" w:rsidRPr="00AB7D10" w:rsidRDefault="00000000">
      <w:pPr>
        <w:spacing w:after="100"/>
        <w:rPr>
          <w:sz w:val="24"/>
          <w:szCs w:val="24"/>
        </w:rPr>
      </w:pPr>
      <w:r w:rsidRPr="00AB7D10">
        <w:rPr>
          <w:i/>
          <w:sz w:val="24"/>
          <w:szCs w:val="24"/>
        </w:rPr>
        <w:lastRenderedPageBreak/>
        <w:t>Ai sensi del D.P.R. 445/2000, consapevole delle sanzioni penali previste in caso di dichiarazioni mendaci:</w:t>
      </w:r>
    </w:p>
    <w:p w14:paraId="024D46FD" w14:textId="77777777" w:rsidR="0044463E" w:rsidRPr="00AB7D10" w:rsidRDefault="00000000">
      <w:pPr>
        <w:spacing w:after="80"/>
        <w:rPr>
          <w:sz w:val="24"/>
          <w:szCs w:val="24"/>
        </w:rPr>
      </w:pPr>
      <w:r w:rsidRPr="00AB7D10">
        <w:rPr>
          <w:b/>
          <w:sz w:val="24"/>
          <w:szCs w:val="24"/>
        </w:rPr>
        <w:t>1. Scuola e classe frequentata nell’a.s. 2025/2026 (compilare il quadro che interessa):</w:t>
      </w:r>
      <w:r w:rsidRPr="00AB7D10">
        <w:rPr>
          <w:b/>
          <w:sz w:val="24"/>
          <w:szCs w:val="24"/>
        </w:rPr>
        <w:br/>
      </w:r>
      <w:r w:rsidRPr="00AB7D10">
        <w:rPr>
          <w:sz w:val="24"/>
          <w:szCs w:val="24"/>
        </w:rPr>
        <w:t xml:space="preserve">  [  ] Scuola Secondaria di Primo grado (Scuola media):</w:t>
      </w:r>
      <w:r w:rsidRPr="00AB7D10">
        <w:rPr>
          <w:sz w:val="24"/>
          <w:szCs w:val="24"/>
        </w:rPr>
        <w:br/>
        <w:t xml:space="preserve">       Nome Scuola: ________________________________________________________________________</w:t>
      </w:r>
      <w:r w:rsidRPr="00AB7D10">
        <w:rPr>
          <w:sz w:val="24"/>
          <w:szCs w:val="24"/>
        </w:rPr>
        <w:br/>
        <w:t xml:space="preserve">       Classe frequentata:  1^ [  ]   2^ [  ]   3^ [  ]</w:t>
      </w:r>
      <w:r w:rsidRPr="00AB7D10">
        <w:rPr>
          <w:sz w:val="24"/>
          <w:szCs w:val="24"/>
        </w:rPr>
        <w:br/>
      </w:r>
      <w:r w:rsidRPr="00AB7D10">
        <w:rPr>
          <w:sz w:val="24"/>
          <w:szCs w:val="24"/>
        </w:rPr>
        <w:br/>
        <w:t xml:space="preserve">  [  ] Scuola Secondaria di Secondo grado (Scuola superiore):</w:t>
      </w:r>
      <w:r w:rsidRPr="00AB7D10">
        <w:rPr>
          <w:sz w:val="24"/>
          <w:szCs w:val="24"/>
        </w:rPr>
        <w:br/>
        <w:t xml:space="preserve">       Nome Scuola: ________________________________________________________________________</w:t>
      </w:r>
      <w:r w:rsidRPr="00AB7D10">
        <w:rPr>
          <w:sz w:val="24"/>
          <w:szCs w:val="24"/>
        </w:rPr>
        <w:br/>
        <w:t xml:space="preserve">       Classe frequentata:  1^ [  ]   2^ [  ]   3^ [  ]   4^ [  ]   5^ [  ]</w:t>
      </w:r>
      <w:r w:rsidRPr="00AB7D10">
        <w:rPr>
          <w:sz w:val="24"/>
          <w:szCs w:val="24"/>
        </w:rPr>
        <w:br/>
      </w:r>
    </w:p>
    <w:p w14:paraId="69A8FBCC" w14:textId="12529841" w:rsidR="0044463E" w:rsidRPr="00AB7D10" w:rsidRDefault="00000000">
      <w:pPr>
        <w:spacing w:after="80"/>
        <w:rPr>
          <w:sz w:val="24"/>
          <w:szCs w:val="24"/>
        </w:rPr>
      </w:pPr>
      <w:r w:rsidRPr="00AB7D10">
        <w:rPr>
          <w:sz w:val="24"/>
          <w:szCs w:val="24"/>
        </w:rPr>
        <w:t>2. Di aver preso visione del bando di assegnazione delle Borse di Studio Anno Scolastico 2025/2026 (Delibera G.C. n. 33/2026);</w:t>
      </w:r>
      <w:r w:rsidRPr="00AB7D10">
        <w:rPr>
          <w:sz w:val="24"/>
          <w:szCs w:val="24"/>
        </w:rPr>
        <w:br/>
        <w:t>3. Di aver conseguito la promozione nell'A.S. 2025/2026, senza debiti formativi (con l’esclusione dell'insegnamento della religione cattolica), con la seguente MEDIA DEI VOTI: ____________;</w:t>
      </w:r>
      <w:r w:rsidRPr="00AB7D10">
        <w:rPr>
          <w:sz w:val="24"/>
          <w:szCs w:val="24"/>
        </w:rPr>
        <w:br/>
        <w:t xml:space="preserve">   ovvero (compilare in caso di esame finale):</w:t>
      </w:r>
      <w:r w:rsidRPr="00AB7D10">
        <w:rPr>
          <w:sz w:val="24"/>
          <w:szCs w:val="24"/>
        </w:rPr>
        <w:br/>
        <w:t xml:space="preserve">   • Essere stato/a ammesso/a all'ESAME DI 3^ MEDIA con la seguente votazione: ____________ (media aritmetica dei voti d’ammissione con esclusione della religione);</w:t>
      </w:r>
      <w:r w:rsidRPr="00AB7D10">
        <w:rPr>
          <w:sz w:val="24"/>
          <w:szCs w:val="24"/>
        </w:rPr>
        <w:br/>
        <w:t xml:space="preserve">   • Essere stato/a ammesso/a all'ESAME DI DIPLOMA/MATURITÀ con la seguente votazione: ____________ (media aritmetica dei voti d’ammissione con esclusione della religione);</w:t>
      </w:r>
      <w:r w:rsidRPr="00AB7D10">
        <w:rPr>
          <w:sz w:val="24"/>
          <w:szCs w:val="24"/>
        </w:rPr>
        <w:br/>
        <w:t>4. Che la riportata media voti è scaturita dalle seguenti votazioni finali (escluso religione):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8"/>
        <w:gridCol w:w="2002"/>
      </w:tblGrid>
      <w:tr w:rsidR="0044463E" w:rsidRPr="00AB7D10" w14:paraId="536A1AA8" w14:textId="77777777" w:rsidTr="00AB7D10">
        <w:trPr>
          <w:jc w:val="center"/>
        </w:trPr>
        <w:tc>
          <w:tcPr>
            <w:tcW w:w="8078" w:type="dxa"/>
            <w:shd w:val="clear" w:color="auto" w:fill="EDF2F7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2D0C18B" w14:textId="77777777" w:rsidR="0044463E" w:rsidRPr="00AB7D10" w:rsidRDefault="00000000">
            <w:pPr>
              <w:jc w:val="center"/>
              <w:rPr>
                <w:sz w:val="24"/>
                <w:szCs w:val="24"/>
              </w:rPr>
            </w:pPr>
            <w:r w:rsidRPr="00AB7D10">
              <w:rPr>
                <w:b/>
                <w:sz w:val="24"/>
                <w:szCs w:val="24"/>
              </w:rPr>
              <w:t>DISCIPLINA / MATERIA</w:t>
            </w:r>
          </w:p>
        </w:tc>
        <w:tc>
          <w:tcPr>
            <w:tcW w:w="2002" w:type="dxa"/>
            <w:shd w:val="clear" w:color="auto" w:fill="EDF2F7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D9DA259" w14:textId="77777777" w:rsidR="0044463E" w:rsidRPr="00AB7D10" w:rsidRDefault="00000000">
            <w:pPr>
              <w:jc w:val="center"/>
              <w:rPr>
                <w:sz w:val="24"/>
                <w:szCs w:val="24"/>
              </w:rPr>
            </w:pPr>
            <w:r w:rsidRPr="00AB7D10">
              <w:rPr>
                <w:b/>
                <w:sz w:val="24"/>
                <w:szCs w:val="24"/>
              </w:rPr>
              <w:t>VOTO FINALE</w:t>
            </w:r>
          </w:p>
        </w:tc>
      </w:tr>
      <w:tr w:rsidR="0044463E" w:rsidRPr="00AB7D10" w14:paraId="055124F6" w14:textId="77777777" w:rsidTr="00AB7D10">
        <w:trPr>
          <w:jc w:val="center"/>
        </w:trPr>
        <w:tc>
          <w:tcPr>
            <w:tcW w:w="8078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288D6F48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4F2E53C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</w:tr>
      <w:tr w:rsidR="0044463E" w:rsidRPr="00AB7D10" w14:paraId="60892B6E" w14:textId="77777777" w:rsidTr="00AB7D10">
        <w:trPr>
          <w:jc w:val="center"/>
        </w:trPr>
        <w:tc>
          <w:tcPr>
            <w:tcW w:w="8078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503B601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A6A0686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</w:tr>
      <w:tr w:rsidR="0044463E" w:rsidRPr="00AB7D10" w14:paraId="25140A8D" w14:textId="77777777" w:rsidTr="00AB7D10">
        <w:trPr>
          <w:jc w:val="center"/>
        </w:trPr>
        <w:tc>
          <w:tcPr>
            <w:tcW w:w="8078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0953F242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7481728A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</w:tr>
      <w:tr w:rsidR="0044463E" w:rsidRPr="00AB7D10" w14:paraId="68E3A9DC" w14:textId="77777777" w:rsidTr="00AB7D10">
        <w:trPr>
          <w:jc w:val="center"/>
        </w:trPr>
        <w:tc>
          <w:tcPr>
            <w:tcW w:w="8078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0CE584CA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C23EA62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</w:tr>
      <w:tr w:rsidR="0044463E" w:rsidRPr="00AB7D10" w14:paraId="1CB96F22" w14:textId="77777777" w:rsidTr="00AB7D10">
        <w:trPr>
          <w:jc w:val="center"/>
        </w:trPr>
        <w:tc>
          <w:tcPr>
            <w:tcW w:w="8078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00F84B38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06A6534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</w:tr>
      <w:tr w:rsidR="0044463E" w:rsidRPr="00AB7D10" w14:paraId="640A7E43" w14:textId="77777777" w:rsidTr="00AB7D10">
        <w:trPr>
          <w:jc w:val="center"/>
        </w:trPr>
        <w:tc>
          <w:tcPr>
            <w:tcW w:w="8078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0E9383B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  <w:tc>
          <w:tcPr>
            <w:tcW w:w="2002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E1EF0D8" w14:textId="77777777" w:rsidR="0044463E" w:rsidRPr="00AB7D10" w:rsidRDefault="0044463E">
            <w:pPr>
              <w:rPr>
                <w:sz w:val="24"/>
                <w:szCs w:val="24"/>
              </w:rPr>
            </w:pPr>
          </w:p>
        </w:tc>
      </w:tr>
    </w:tbl>
    <w:p w14:paraId="019AAA7C" w14:textId="77777777" w:rsidR="0044463E" w:rsidRPr="00AB7D10" w:rsidRDefault="0044463E">
      <w:pPr>
        <w:spacing w:after="80"/>
        <w:rPr>
          <w:sz w:val="24"/>
          <w:szCs w:val="24"/>
        </w:rPr>
      </w:pPr>
    </w:p>
    <w:p w14:paraId="258AF7DE" w14:textId="77777777" w:rsidR="0044463E" w:rsidRPr="00AB7D10" w:rsidRDefault="00000000">
      <w:pPr>
        <w:spacing w:after="80"/>
        <w:rPr>
          <w:b/>
          <w:sz w:val="24"/>
          <w:szCs w:val="24"/>
        </w:rPr>
      </w:pPr>
      <w:r w:rsidRPr="00AB7D10">
        <w:rPr>
          <w:sz w:val="24"/>
          <w:szCs w:val="24"/>
        </w:rPr>
        <w:t>5. Che la certificazione ISEE del proprio nucleo familiare, rilasciata dopo il 1° gennaio 2026 in data _______________________, attualmente in vigore, è pari ad € ____________________ (inferiore o uguale ad € 25.000,00), rilasciata da CAF _____________________ sede di ____________________;</w:t>
      </w:r>
      <w:r w:rsidRPr="00AB7D10">
        <w:rPr>
          <w:sz w:val="24"/>
          <w:szCs w:val="24"/>
        </w:rPr>
        <w:br/>
        <w:t>6. Di non essere beneficiario di analoga agevolazione, per lo stesso anno scolastico, presso altri Enti pubblici e/o privati;</w:t>
      </w:r>
      <w:r w:rsidRPr="00AB7D10">
        <w:rPr>
          <w:sz w:val="24"/>
          <w:szCs w:val="24"/>
        </w:rPr>
        <w:br/>
      </w:r>
      <w:r w:rsidRPr="00AB7D10">
        <w:rPr>
          <w:sz w:val="24"/>
          <w:szCs w:val="24"/>
        </w:rPr>
        <w:lastRenderedPageBreak/>
        <w:t>7. Di aver effettuato l’iscrizione alla classe successiva per l'A.S. 2026/2027 (ad eccezione di coloro che abbiano frequentato la classe V delle scuole secondarie di II° grado);</w:t>
      </w:r>
      <w:r w:rsidRPr="00AB7D10">
        <w:rPr>
          <w:sz w:val="24"/>
          <w:szCs w:val="24"/>
        </w:rPr>
        <w:br/>
        <w:t xml:space="preserve">8. Di essere a conoscenza che le istanze regolarmente pervenute saranno inserite in apposite graduatorie distinte per ordine di scuola e che, qualora le risorse non fossero sufficienti, si applicheranno i seguenti </w:t>
      </w:r>
      <w:r w:rsidRPr="00AB7D10">
        <w:rPr>
          <w:b/>
          <w:sz w:val="24"/>
          <w:szCs w:val="24"/>
        </w:rPr>
        <w:t>CRITERI DI PRIORITÀ:</w:t>
      </w:r>
      <w:r w:rsidRPr="00AB7D10">
        <w:rPr>
          <w:b/>
          <w:sz w:val="24"/>
          <w:szCs w:val="24"/>
        </w:rPr>
        <w:br/>
      </w:r>
      <w:r w:rsidRPr="00AB7D10">
        <w:rPr>
          <w:sz w:val="24"/>
          <w:szCs w:val="24"/>
        </w:rPr>
        <w:t xml:space="preserve">   • Precedenza assoluta agli studenti con media pari o superiore a 9/10 (o 100/100 per i diplomi);</w:t>
      </w:r>
      <w:r w:rsidRPr="00AB7D10">
        <w:rPr>
          <w:sz w:val="24"/>
          <w:szCs w:val="24"/>
        </w:rPr>
        <w:br/>
        <w:t xml:space="preserve">   • A parità di merito scolastico (stessa media voti), precedenza allo studente con ISEE più basso;</w:t>
      </w:r>
      <w:r w:rsidRPr="00AB7D10">
        <w:rPr>
          <w:sz w:val="24"/>
          <w:szCs w:val="24"/>
        </w:rPr>
        <w:br/>
        <w:t xml:space="preserve">   • In caso di ulteriore parità, precedenza all'ordine cronologico di arrivo del protocollo comunale;</w:t>
      </w:r>
      <w:r w:rsidRPr="00AB7D10">
        <w:rPr>
          <w:sz w:val="24"/>
          <w:szCs w:val="24"/>
        </w:rPr>
        <w:br/>
        <w:t xml:space="preserve">9. Di essere a conoscenza che nel caso di corresponsione dei benefici si applica l’art. 4, comma 2, del </w:t>
      </w:r>
      <w:proofErr w:type="gramStart"/>
      <w:r w:rsidRPr="00AB7D10">
        <w:rPr>
          <w:sz w:val="24"/>
          <w:szCs w:val="24"/>
        </w:rPr>
        <w:t>D.Lgs</w:t>
      </w:r>
      <w:proofErr w:type="gramEnd"/>
      <w:r w:rsidRPr="00AB7D10">
        <w:rPr>
          <w:sz w:val="24"/>
          <w:szCs w:val="24"/>
        </w:rPr>
        <w:t>. n. 109 del 31/03/1998 in materia di controllo della veridicità delle informazioni;</w:t>
      </w:r>
      <w:r w:rsidRPr="00AB7D10">
        <w:rPr>
          <w:sz w:val="24"/>
          <w:szCs w:val="24"/>
        </w:rPr>
        <w:br/>
        <w:t xml:space="preserve">10. Di essere consapevole che ai sensi del </w:t>
      </w:r>
      <w:proofErr w:type="gramStart"/>
      <w:r w:rsidRPr="00AB7D10">
        <w:rPr>
          <w:sz w:val="24"/>
          <w:szCs w:val="24"/>
        </w:rPr>
        <w:t>D.Lgs</w:t>
      </w:r>
      <w:proofErr w:type="gramEnd"/>
      <w:r w:rsidRPr="00AB7D10">
        <w:rPr>
          <w:sz w:val="24"/>
          <w:szCs w:val="24"/>
        </w:rPr>
        <w:t>. n. 33/2013 (art. 26, c. 4) sarà omessa la pubblicazione dei nominativi degli studenti beneficiari, e che verrà utilizzato il numero di protocollo dell’istanza per graduatoria;</w:t>
      </w:r>
      <w:r w:rsidRPr="00AB7D10">
        <w:rPr>
          <w:sz w:val="24"/>
          <w:szCs w:val="24"/>
        </w:rPr>
        <w:br/>
        <w:t>11. Di essere informato/a che i dati personali raccolti saranno trattati esclusivamente per il procedimento per il quale la presente dichiarazione viene resa (ai sensi del GDPR UE 2016/679).</w:t>
      </w:r>
      <w:r w:rsidRPr="00AB7D10">
        <w:rPr>
          <w:sz w:val="24"/>
          <w:szCs w:val="24"/>
        </w:rPr>
        <w:br/>
      </w:r>
      <w:r w:rsidRPr="00AB7D10">
        <w:rPr>
          <w:sz w:val="24"/>
          <w:szCs w:val="24"/>
        </w:rPr>
        <w:br/>
        <w:t xml:space="preserve">Presta il consenso e autorizza il trattamento dei dati personali (necessario per istruire la </w:t>
      </w:r>
      <w:proofErr w:type="spellStart"/>
      <w:r w:rsidRPr="00AB7D10">
        <w:rPr>
          <w:sz w:val="24"/>
          <w:szCs w:val="24"/>
        </w:rPr>
        <w:t>pratica</w:t>
      </w:r>
      <w:proofErr w:type="spellEnd"/>
      <w:r w:rsidRPr="00AB7D10">
        <w:rPr>
          <w:sz w:val="24"/>
          <w:szCs w:val="24"/>
        </w:rPr>
        <w:t xml:space="preserve">): </w:t>
      </w:r>
      <w:proofErr w:type="gramStart"/>
      <w:r w:rsidRPr="00AB7D10">
        <w:rPr>
          <w:b/>
          <w:sz w:val="24"/>
          <w:szCs w:val="24"/>
        </w:rPr>
        <w:t>[  ]</w:t>
      </w:r>
      <w:proofErr w:type="gramEnd"/>
      <w:r w:rsidRPr="00AB7D10">
        <w:rPr>
          <w:b/>
          <w:sz w:val="24"/>
          <w:szCs w:val="24"/>
        </w:rPr>
        <w:t xml:space="preserve"> ACCONSENTO</w:t>
      </w:r>
    </w:p>
    <w:p w14:paraId="406434B5" w14:textId="77777777" w:rsidR="00D75FD5" w:rsidRPr="00AB7D10" w:rsidRDefault="00D75FD5">
      <w:pPr>
        <w:spacing w:after="80"/>
        <w:rPr>
          <w:sz w:val="24"/>
          <w:szCs w:val="24"/>
        </w:rPr>
      </w:pPr>
    </w:p>
    <w:p w14:paraId="215D4F42" w14:textId="77777777" w:rsidR="00D75FD5" w:rsidRPr="00AB7D10" w:rsidRDefault="00000000">
      <w:pPr>
        <w:spacing w:before="100" w:after="80"/>
        <w:rPr>
          <w:sz w:val="24"/>
          <w:szCs w:val="24"/>
        </w:rPr>
      </w:pPr>
      <w:r w:rsidRPr="00AB7D10">
        <w:rPr>
          <w:b/>
          <w:sz w:val="24"/>
          <w:szCs w:val="24"/>
        </w:rPr>
        <w:t>MODALITÀ DI PAGAMENTO</w:t>
      </w:r>
      <w:r w:rsidRPr="00AB7D10">
        <w:rPr>
          <w:b/>
          <w:sz w:val="24"/>
          <w:szCs w:val="24"/>
        </w:rPr>
        <w:br/>
      </w:r>
      <w:r w:rsidRPr="00AB7D10">
        <w:rPr>
          <w:sz w:val="24"/>
          <w:szCs w:val="24"/>
        </w:rPr>
        <w:t>Si chiede che il contributo venga intestato a*: _____________________________________________________</w:t>
      </w:r>
      <w:r w:rsidR="00D75FD5" w:rsidRPr="00AB7D10">
        <w:rPr>
          <w:sz w:val="24"/>
          <w:szCs w:val="24"/>
        </w:rPr>
        <w:t>____________________________</w:t>
      </w:r>
      <w:r w:rsidRPr="00AB7D10">
        <w:rPr>
          <w:sz w:val="24"/>
          <w:szCs w:val="24"/>
        </w:rPr>
        <w:br/>
        <w:t>(* Persona maggiorenne che riscuoterà la somma o intestataria/cointestataria del conto)</w:t>
      </w:r>
      <w:r w:rsidRPr="00AB7D10">
        <w:rPr>
          <w:sz w:val="24"/>
          <w:szCs w:val="24"/>
        </w:rPr>
        <w:br/>
        <w:t>Modalità di accredito scelta:</w:t>
      </w:r>
      <w:r w:rsidRPr="00AB7D10">
        <w:rPr>
          <w:sz w:val="24"/>
          <w:szCs w:val="24"/>
        </w:rPr>
        <w:br/>
      </w:r>
      <w:proofErr w:type="gramStart"/>
      <w:r w:rsidRPr="00AB7D10">
        <w:rPr>
          <w:sz w:val="24"/>
          <w:szCs w:val="24"/>
        </w:rPr>
        <w:t>[  ]</w:t>
      </w:r>
      <w:proofErr w:type="gramEnd"/>
      <w:r w:rsidRPr="00AB7D10">
        <w:rPr>
          <w:sz w:val="24"/>
          <w:szCs w:val="24"/>
        </w:rPr>
        <w:t xml:space="preserve"> Quietanza diretta presso la Tesoreria Comunale</w:t>
      </w:r>
      <w:r w:rsidRPr="00AB7D10">
        <w:rPr>
          <w:sz w:val="24"/>
          <w:szCs w:val="24"/>
        </w:rPr>
        <w:br/>
      </w:r>
      <w:proofErr w:type="gramStart"/>
      <w:r w:rsidRPr="00AB7D10">
        <w:rPr>
          <w:sz w:val="24"/>
          <w:szCs w:val="24"/>
        </w:rPr>
        <w:t>[  ]</w:t>
      </w:r>
      <w:proofErr w:type="gramEnd"/>
      <w:r w:rsidRPr="00AB7D10">
        <w:rPr>
          <w:sz w:val="24"/>
          <w:szCs w:val="24"/>
        </w:rPr>
        <w:t xml:space="preserve"> Accredito su c/c bancario/postale - IBAN: </w:t>
      </w:r>
    </w:p>
    <w:p w14:paraId="4B82FB2E" w14:textId="7AEAEB99" w:rsidR="00D75FD5" w:rsidRPr="00AB7D10" w:rsidRDefault="00000000">
      <w:pPr>
        <w:spacing w:before="100" w:after="80"/>
        <w:rPr>
          <w:sz w:val="24"/>
          <w:szCs w:val="24"/>
        </w:rPr>
      </w:pPr>
      <w:r w:rsidRPr="00AB7D10">
        <w:rPr>
          <w:sz w:val="24"/>
          <w:szCs w:val="24"/>
        </w:rPr>
        <w:t>____________________________________________________</w:t>
      </w:r>
      <w:r w:rsidR="00D75FD5" w:rsidRPr="00AB7D10">
        <w:rPr>
          <w:sz w:val="24"/>
          <w:szCs w:val="24"/>
        </w:rPr>
        <w:t>____________</w:t>
      </w:r>
    </w:p>
    <w:p w14:paraId="5F53C88E" w14:textId="44E620BE" w:rsidR="0044463E" w:rsidRPr="00AB7D10" w:rsidRDefault="00000000">
      <w:pPr>
        <w:spacing w:before="100" w:after="80"/>
        <w:rPr>
          <w:sz w:val="24"/>
          <w:szCs w:val="24"/>
        </w:rPr>
      </w:pPr>
      <w:r w:rsidRPr="00AB7D10">
        <w:rPr>
          <w:sz w:val="24"/>
          <w:szCs w:val="24"/>
        </w:rPr>
        <w:br/>
        <w:t xml:space="preserve">     Intestato a: __________________________________________________________________________</w:t>
      </w:r>
    </w:p>
    <w:p w14:paraId="57D0E215" w14:textId="77777777" w:rsidR="00D75FD5" w:rsidRPr="00AB7D10" w:rsidRDefault="00D75FD5">
      <w:pPr>
        <w:spacing w:before="100" w:after="120"/>
        <w:rPr>
          <w:b/>
          <w:sz w:val="24"/>
          <w:szCs w:val="24"/>
        </w:rPr>
      </w:pPr>
    </w:p>
    <w:p w14:paraId="2C41CAD0" w14:textId="13B6686D" w:rsidR="0044463E" w:rsidRPr="00AB7D10" w:rsidRDefault="00000000">
      <w:pPr>
        <w:spacing w:before="100" w:after="120"/>
        <w:rPr>
          <w:sz w:val="24"/>
          <w:szCs w:val="24"/>
        </w:rPr>
      </w:pPr>
      <w:r w:rsidRPr="00AB7D10">
        <w:rPr>
          <w:b/>
          <w:sz w:val="24"/>
          <w:szCs w:val="24"/>
        </w:rPr>
        <w:t xml:space="preserve">DOCUMENTAZIONE ALLEGATA (a </w:t>
      </w:r>
      <w:proofErr w:type="spellStart"/>
      <w:r w:rsidRPr="00AB7D10">
        <w:rPr>
          <w:b/>
          <w:sz w:val="24"/>
          <w:szCs w:val="24"/>
        </w:rPr>
        <w:t>pena</w:t>
      </w:r>
      <w:proofErr w:type="spellEnd"/>
      <w:r w:rsidRPr="00AB7D10">
        <w:rPr>
          <w:b/>
          <w:sz w:val="24"/>
          <w:szCs w:val="24"/>
        </w:rPr>
        <w:t xml:space="preserve"> di esclusione):</w:t>
      </w:r>
      <w:r w:rsidRPr="00AB7D10">
        <w:rPr>
          <w:b/>
          <w:sz w:val="24"/>
          <w:szCs w:val="24"/>
        </w:rPr>
        <w:br/>
      </w:r>
      <w:proofErr w:type="gramStart"/>
      <w:r w:rsidRPr="00AB7D10">
        <w:rPr>
          <w:sz w:val="24"/>
          <w:szCs w:val="24"/>
        </w:rPr>
        <w:t>[  ]</w:t>
      </w:r>
      <w:proofErr w:type="gramEnd"/>
      <w:r w:rsidRPr="00AB7D10">
        <w:rPr>
          <w:sz w:val="24"/>
          <w:szCs w:val="24"/>
        </w:rPr>
        <w:t xml:space="preserve"> Fotocopia del documento di riconoscimento in corso di validità del richiedente (qualora l’istanza non sia firmata digitalmente);</w:t>
      </w:r>
      <w:r w:rsidRPr="00AB7D10">
        <w:rPr>
          <w:sz w:val="24"/>
          <w:szCs w:val="24"/>
        </w:rPr>
        <w:br/>
      </w:r>
      <w:proofErr w:type="gramStart"/>
      <w:r w:rsidRPr="00AB7D10">
        <w:rPr>
          <w:sz w:val="24"/>
          <w:szCs w:val="24"/>
        </w:rPr>
        <w:t>[  ]</w:t>
      </w:r>
      <w:proofErr w:type="gramEnd"/>
      <w:r w:rsidRPr="00AB7D10">
        <w:rPr>
          <w:sz w:val="24"/>
          <w:szCs w:val="24"/>
        </w:rPr>
        <w:t xml:space="preserve"> Certificazione scolastica attestante le votazioni finali conseguite (o autocertificazione ai sensi del D.P.R. 445/2000);</w:t>
      </w:r>
      <w:r w:rsidRPr="00AB7D10">
        <w:rPr>
          <w:sz w:val="24"/>
          <w:szCs w:val="24"/>
        </w:rPr>
        <w:br/>
      </w:r>
      <w:proofErr w:type="gramStart"/>
      <w:r w:rsidRPr="00AB7D10">
        <w:rPr>
          <w:sz w:val="24"/>
          <w:szCs w:val="24"/>
        </w:rPr>
        <w:t>[  ]</w:t>
      </w:r>
      <w:proofErr w:type="gramEnd"/>
      <w:r w:rsidRPr="00AB7D10">
        <w:rPr>
          <w:sz w:val="24"/>
          <w:szCs w:val="24"/>
        </w:rPr>
        <w:t xml:space="preserve"> Attestazione ISEE in corso di validità (con valore non </w:t>
      </w:r>
      <w:proofErr w:type="spellStart"/>
      <w:r w:rsidRPr="00AB7D10">
        <w:rPr>
          <w:sz w:val="24"/>
          <w:szCs w:val="24"/>
        </w:rPr>
        <w:t>superiore</w:t>
      </w:r>
      <w:proofErr w:type="spellEnd"/>
      <w:r w:rsidRPr="00AB7D10">
        <w:rPr>
          <w:sz w:val="24"/>
          <w:szCs w:val="24"/>
        </w:rPr>
        <w:t xml:space="preserve"> a € 25.000,00).</w:t>
      </w:r>
    </w:p>
    <w:p w14:paraId="2A6C9CF9" w14:textId="77777777" w:rsidR="00D75FD5" w:rsidRPr="00AB7D10" w:rsidRDefault="00D75FD5">
      <w:pPr>
        <w:spacing w:before="100" w:after="120"/>
        <w:rPr>
          <w:sz w:val="24"/>
          <w:szCs w:val="24"/>
        </w:rPr>
      </w:pPr>
    </w:p>
    <w:p w14:paraId="4F5C462A" w14:textId="77777777" w:rsidR="00D75FD5" w:rsidRPr="00AB7D10" w:rsidRDefault="00D75FD5">
      <w:pPr>
        <w:spacing w:before="100" w:after="120"/>
        <w:rPr>
          <w:sz w:val="24"/>
          <w:szCs w:val="24"/>
        </w:rPr>
      </w:pPr>
    </w:p>
    <w:p w14:paraId="17C0A0FA" w14:textId="77777777" w:rsidR="00D75FD5" w:rsidRPr="00AB7D10" w:rsidRDefault="00D75FD5">
      <w:pPr>
        <w:spacing w:before="100" w:after="120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44463E" w:rsidRPr="00AB7D10" w14:paraId="7F8AE99B" w14:textId="77777777">
        <w:trPr>
          <w:jc w:val="center"/>
        </w:trPr>
        <w:tc>
          <w:tcPr>
            <w:tcW w:w="5040" w:type="dxa"/>
          </w:tcPr>
          <w:p w14:paraId="19473755" w14:textId="77777777" w:rsidR="00D75FD5" w:rsidRPr="00AB7D10" w:rsidRDefault="00D75FD5" w:rsidP="00D75FD5">
            <w:pPr>
              <w:jc w:val="center"/>
              <w:rPr>
                <w:sz w:val="24"/>
                <w:szCs w:val="24"/>
              </w:rPr>
            </w:pPr>
          </w:p>
          <w:p w14:paraId="730E59D6" w14:textId="41B35EC3" w:rsidR="0044463E" w:rsidRPr="00AB7D10" w:rsidRDefault="00000000" w:rsidP="00D75FD5">
            <w:pPr>
              <w:jc w:val="center"/>
              <w:rPr>
                <w:sz w:val="24"/>
                <w:szCs w:val="24"/>
              </w:rPr>
            </w:pPr>
            <w:r w:rsidRPr="00AB7D10">
              <w:rPr>
                <w:sz w:val="24"/>
                <w:szCs w:val="24"/>
              </w:rPr>
              <w:t xml:space="preserve">Data: </w:t>
            </w:r>
            <w:proofErr w:type="spellStart"/>
            <w:r w:rsidRPr="00AB7D10">
              <w:rPr>
                <w:sz w:val="24"/>
                <w:szCs w:val="24"/>
              </w:rPr>
              <w:t>Burcei</w:t>
            </w:r>
            <w:proofErr w:type="spellEnd"/>
            <w:r w:rsidRPr="00AB7D10">
              <w:rPr>
                <w:sz w:val="24"/>
                <w:szCs w:val="24"/>
              </w:rPr>
              <w:t>, _______________</w:t>
            </w:r>
          </w:p>
        </w:tc>
        <w:tc>
          <w:tcPr>
            <w:tcW w:w="5040" w:type="dxa"/>
          </w:tcPr>
          <w:p w14:paraId="08996380" w14:textId="77777777" w:rsidR="0044463E" w:rsidRPr="00AB7D10" w:rsidRDefault="00000000" w:rsidP="00D75FD5">
            <w:pPr>
              <w:jc w:val="center"/>
              <w:rPr>
                <w:sz w:val="24"/>
                <w:szCs w:val="24"/>
              </w:rPr>
            </w:pPr>
            <w:r w:rsidRPr="00AB7D10">
              <w:rPr>
                <w:sz w:val="24"/>
                <w:szCs w:val="24"/>
              </w:rPr>
              <w:t>Firma del richiedente (genitore/esercente potestà o studente maggiorenne)</w:t>
            </w:r>
            <w:r w:rsidRPr="00AB7D10">
              <w:rPr>
                <w:sz w:val="24"/>
                <w:szCs w:val="24"/>
              </w:rPr>
              <w:br/>
            </w:r>
            <w:r w:rsidRPr="00AB7D10">
              <w:rPr>
                <w:sz w:val="24"/>
                <w:szCs w:val="24"/>
              </w:rPr>
              <w:br/>
              <w:t>____________________________________</w:t>
            </w:r>
          </w:p>
        </w:tc>
      </w:tr>
    </w:tbl>
    <w:p w14:paraId="44D41A9C" w14:textId="77777777" w:rsidR="00AB7D10" w:rsidRDefault="00AB7D10">
      <w:pPr>
        <w:spacing w:before="160" w:after="40"/>
        <w:rPr>
          <w:b/>
          <w:color w:val="C53030"/>
          <w:sz w:val="24"/>
          <w:szCs w:val="24"/>
        </w:rPr>
      </w:pPr>
    </w:p>
    <w:p w14:paraId="552B5D10" w14:textId="739C0E0E" w:rsidR="00D75FD5" w:rsidRPr="00AB7D10" w:rsidRDefault="00000000">
      <w:pPr>
        <w:spacing w:before="160" w:after="40"/>
        <w:rPr>
          <w:sz w:val="24"/>
          <w:szCs w:val="24"/>
        </w:rPr>
      </w:pPr>
      <w:r w:rsidRPr="00AB7D10">
        <w:rPr>
          <w:b/>
          <w:color w:val="C53030"/>
          <w:sz w:val="24"/>
          <w:szCs w:val="24"/>
        </w:rPr>
        <w:t>SCADENZA E AVVERTENZE:</w:t>
      </w:r>
      <w:r w:rsidRPr="00AB7D10">
        <w:rPr>
          <w:b/>
          <w:color w:val="C53030"/>
          <w:sz w:val="24"/>
          <w:szCs w:val="24"/>
        </w:rPr>
        <w:br/>
      </w:r>
      <w:r w:rsidRPr="00AB7D10">
        <w:rPr>
          <w:b/>
          <w:bCs/>
          <w:sz w:val="24"/>
          <w:szCs w:val="24"/>
        </w:rPr>
        <w:t>SCADENZA DOMANDA: entro e non oltre il 11/11/2026.</w:t>
      </w:r>
      <w:r w:rsidRPr="00AB7D10">
        <w:rPr>
          <w:b/>
          <w:bCs/>
          <w:sz w:val="24"/>
          <w:szCs w:val="24"/>
        </w:rPr>
        <w:br/>
      </w:r>
      <w:r w:rsidRPr="00AB7D10">
        <w:rPr>
          <w:sz w:val="24"/>
          <w:szCs w:val="24"/>
        </w:rPr>
        <w:t xml:space="preserve">Le istanze devono pervenire tramite PEC (protocollo.burcei@pec.it) o consegna a mano presso l'Ufficio Protocollo nei giorni e orari di apertura al </w:t>
      </w:r>
      <w:proofErr w:type="spellStart"/>
      <w:r w:rsidRPr="00AB7D10">
        <w:rPr>
          <w:sz w:val="24"/>
          <w:szCs w:val="24"/>
        </w:rPr>
        <w:t>pubblico</w:t>
      </w:r>
      <w:proofErr w:type="spellEnd"/>
      <w:r w:rsidR="00D75FD5" w:rsidRPr="00AB7D10">
        <w:rPr>
          <w:sz w:val="24"/>
          <w:szCs w:val="24"/>
        </w:rPr>
        <w:t>.</w:t>
      </w:r>
    </w:p>
    <w:p w14:paraId="0F30E3C9" w14:textId="74C56E74" w:rsidR="0044463E" w:rsidRPr="00D75FD5" w:rsidRDefault="00000000">
      <w:pPr>
        <w:spacing w:before="160" w:after="40"/>
        <w:rPr>
          <w:sz w:val="24"/>
          <w:szCs w:val="24"/>
        </w:rPr>
      </w:pPr>
      <w:r w:rsidRPr="00AB7D10">
        <w:rPr>
          <w:sz w:val="24"/>
          <w:szCs w:val="24"/>
        </w:rPr>
        <w:t xml:space="preserve"> Le domande acquisite dal Protocollo dell’Ente oltre tale termine saranno escluse da qualsiasi b</w:t>
      </w:r>
      <w:r w:rsidRPr="00D75FD5">
        <w:rPr>
          <w:sz w:val="24"/>
          <w:szCs w:val="24"/>
        </w:rPr>
        <w:t>eneficio.</w:t>
      </w:r>
    </w:p>
    <w:sectPr w:rsidR="0044463E" w:rsidRPr="00D75FD5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349838">
    <w:abstractNumId w:val="8"/>
  </w:num>
  <w:num w:numId="2" w16cid:durableId="325478270">
    <w:abstractNumId w:val="6"/>
  </w:num>
  <w:num w:numId="3" w16cid:durableId="68619623">
    <w:abstractNumId w:val="5"/>
  </w:num>
  <w:num w:numId="4" w16cid:durableId="1495760227">
    <w:abstractNumId w:val="4"/>
  </w:num>
  <w:num w:numId="5" w16cid:durableId="1690372757">
    <w:abstractNumId w:val="7"/>
  </w:num>
  <w:num w:numId="6" w16cid:durableId="196967963">
    <w:abstractNumId w:val="3"/>
  </w:num>
  <w:num w:numId="7" w16cid:durableId="1439908419">
    <w:abstractNumId w:val="2"/>
  </w:num>
  <w:num w:numId="8" w16cid:durableId="1193618445">
    <w:abstractNumId w:val="1"/>
  </w:num>
  <w:num w:numId="9" w16cid:durableId="1769538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7733"/>
    <w:rsid w:val="0029639D"/>
    <w:rsid w:val="00326F90"/>
    <w:rsid w:val="00385A26"/>
    <w:rsid w:val="0044463E"/>
    <w:rsid w:val="00AA1D8D"/>
    <w:rsid w:val="00AB7D10"/>
    <w:rsid w:val="00B47730"/>
    <w:rsid w:val="00CB0664"/>
    <w:rsid w:val="00D75F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E114D8"/>
  <w14:defaultImageDpi w14:val="300"/>
  <w15:docId w15:val="{234F46AB-D1D8-450F-A355-52813BAB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5552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protocollo1</cp:lastModifiedBy>
  <cp:revision>2</cp:revision>
  <dcterms:created xsi:type="dcterms:W3CDTF">2026-10-27T11:01:00Z</dcterms:created>
  <dcterms:modified xsi:type="dcterms:W3CDTF">2026-10-27T11:01:00Z</dcterms:modified>
  <cp:category/>
</cp:coreProperties>
</file>